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rPr>
        <w:t>RCIC CLUB UAP Information Submission Form - Email-ready Copy</w:t>
      </w:r>
    </w:p>
    <w:p>
      <w:r>
        <w:t>------------------------------------------------------------------------------</w:t>
      </w:r>
    </w:p>
    <w:p>
      <w:r>
        <w:rPr>
          <w:b/>
        </w:rPr>
        <w:t>Legal Basis and UAP Definition</w:t>
      </w:r>
    </w:p>
    <w:p>
      <w:r>
        <w:t>Section 91 of the Immigration and Refugee Protection Act (IRPA) restricts paid immigration representation and advice. A person must not knowingly, directly or indirectly, represent or advise a person for consideration, or offer to do so, in connection with an expression of interest, proceeding, or application under IRPA, unless the person falls within the permitted categories or exceptions in section 91.</w:t>
      </w:r>
    </w:p>
    <w:p>
      <w:r>
        <w:t>Authorized paid representatives under IRPA s.91(2) are:</w:t>
      </w:r>
    </w:p>
    <w:p>
      <w:r>
        <w:t>1. a lawyer who is a member in good standing of a provincial law society, or a Quebec notary in good standing;</w:t>
      </w:r>
    </w:p>
    <w:p>
      <w:r>
        <w:t>2. another member in good standing of a provincial law society or the Chambre des notaires du Quebec, including a paralegal; or</w:t>
      </w:r>
    </w:p>
    <w:p>
      <w:r>
        <w:t>3. a member in good standing of the College, as defined in the College of Immigration and Citizenship Consultants Act.</w:t>
      </w:r>
    </w:p>
    <w:p>
      <w:r>
        <w:t>A student-at-law is not listed in IRPA s.91(2) as an independent category of authorized paid representative. Under IRPA s.91(3), a student-at-law does not contravene s.91(1) only when acting under the supervision of a lawyer or Quebec notary described in s.91(2)(a), where that supervising person is representing or advising the same person, or offering to do so.</w:t>
      </w:r>
    </w:p>
    <w:p>
      <w:r>
        <w:t>IRPA s.91(4) also addresses entities, including persons acting on their behalf, that assist under an agreement or arrangement with the Government of Canada that authorizes those services.</w:t>
      </w:r>
    </w:p>
    <w:p>
      <w:r>
        <w:t>For this information-collection form, a suspected UAP means a person or organization that appears to offer or provide paid immigration representation, paid immigration advice, or paid application/proceeding-related services under IRPA without falling within an authorized category or statutory exception. This is an intake definition for collecting leads only. It is not a legal finding that any person has breached the law.</w:t>
      </w:r>
    </w:p>
    <w:p>
      <w:r>
        <w:t>Administrative or practical assistance is not automatically paid representation or advice. Examples include help with computers, scanners, printers, e-services, forms, translation, travel plans, or course registration, provided the person is not advising on immigration options, completing or updating an application as the applicant, or acting as the applicant with immigration authorities.</w:t>
      </w:r>
    </w:p>
    <w:p>
      <w:r>
        <w:t>Sources:</w:t>
      </w:r>
    </w:p>
    <w:p>
      <w:r>
        <w:t>- Department of Justice Canada, Immigration and Refugee Protection Act, s.91: https://laws-lois.justice.gc.ca/eng/acts/i-2.5/section-91.html</w:t>
      </w:r>
    </w:p>
    <w:p>
      <w:r>
        <w:t>- IRCC, Learn about representatives: https://www.canada.ca/en/immigration-refugees-citizenship/services/immigration-citizenship-representative/learn-about-representatives.html</w:t>
      </w:r>
    </w:p>
    <w:p>
      <w:r>
        <w:t>------------------------------------------------------------------------------</w:t>
      </w:r>
    </w:p>
    <w:p>
      <w:r>
        <w:rPr>
          <w:b/>
        </w:rPr>
        <w:t>Important Disclaimer</w:t>
      </w:r>
    </w:p>
    <w:p>
      <w:r>
        <w:t>Before submitting, please read and confirm this statement.</w:t>
      </w:r>
    </w:p>
    <w:p>
      <w:r>
        <w:t>This form collects information and leads related to suspected UAPs encountered by licensed immigration consultants in professional practice. RCIC CLUB may review the information for completeness, redact and summarize it where appropriate, and submit aggregated information through official channels for industry-level coordination, policy advocacy, and public protection.</w:t>
      </w:r>
    </w:p>
    <w:p>
      <w:r>
        <w:t>This process does not make conclusive determinations on individual cases, does not constitute unverified public accusations, and does not replace any formal investigation process by regulators, law enforcement, or professional authorities.</w:t>
      </w:r>
    </w:p>
    <w:p>
      <w:r>
        <w:t>Submitters must ensure that information is true, lawful, compliant, and supported by objective evidence where available. Materials involving client privacy, commercial secrets, or third-party personal information must be redacted before submission.</w:t>
      </w:r>
    </w:p>
    <w:p>
      <w:r>
        <w:t>This project follows a real-name submission and confidential external handling model. Submitter identity is used only for internal verification and necessary follow-up, unless disclosure is separately authorized or legally required.</w:t>
      </w:r>
    </w:p>
    <w:p>
      <w:r>
        <w:t>[ ] I have read and understood the statement above and confirm that the information submitted is true, lawful, and compliant. (Required)</w:t>
      </w:r>
    </w:p>
    <w:p>
      <w:r>
        <w:t>------------------------------------------------------------------------------</w:t>
      </w:r>
    </w:p>
    <w:p>
      <w:r>
        <w:rPr>
          <w:b/>
        </w:rPr>
        <w:t>Part 1: Submitter Information</w:t>
      </w:r>
    </w:p>
    <w:p>
      <w:r>
        <w:t>Note: Submitter information is used only for internal verification and necessary follow-up. It will be kept confidential and will not be publicly disclosed without authorization or legal requirement.</w:t>
      </w:r>
    </w:p>
    <w:p>
      <w:r>
        <w:t>1. Full name (required)</w:t>
      </w:r>
    </w:p>
    <w:p>
      <w:r>
        <w:t>____________________________________________________________</w:t>
      </w:r>
    </w:p>
    <w:p>
      <w:r>
        <w:t>2. RCIC licence number (required; format R000000)</w:t>
      </w:r>
    </w:p>
    <w:p>
      <w:r>
        <w:t>____________________________________________________________</w:t>
      </w:r>
    </w:p>
    <w:p>
      <w:r>
        <w:t>3. Contact email (required)</w:t>
      </w:r>
    </w:p>
    <w:p>
      <w:r>
        <w:t>____________________________________________________________</w:t>
      </w:r>
    </w:p>
    <w:p>
      <w:r>
        <w:t>4. Phone number (optional)</w:t>
      </w:r>
    </w:p>
    <w:p>
      <w:r>
        <w:t>____________________________________________________________</w:t>
      </w:r>
    </w:p>
    <w:p>
      <w:r>
        <w:t>5. Are you an RCIC CLUB member? (required)</w:t>
      </w:r>
    </w:p>
    <w:p>
      <w:r>
        <w:t>( ) Yes    ( ) No</w:t>
      </w:r>
    </w:p>
    <w:p>
      <w:r>
        <w:t>6. Are you a member of another professional association? (required)</w:t>
      </w:r>
    </w:p>
    <w:p>
      <w:r>
        <w:t>( ) Yes    ( ) No</w:t>
      </w:r>
    </w:p>
    <w:p>
      <w:r>
        <w:t>------------------------------------------------------------------------------</w:t>
      </w:r>
    </w:p>
    <w:p>
      <w:r>
        <w:rPr>
          <w:b/>
        </w:rPr>
        <w:t>Part 2: Suspected UAP Information</w:t>
      </w:r>
    </w:p>
    <w:p>
      <w:r>
        <w:t>7. Name, business name, or platform name of the suspected UAP (required)</w:t>
      </w:r>
    </w:p>
    <w:p>
      <w:r>
        <w:t>____________________________________________________________</w:t>
      </w:r>
    </w:p>
    <w:p>
      <w:r>
        <w:t>8. Type of suspected UAP (required)</w:t>
      </w:r>
    </w:p>
    <w:p>
      <w:r>
        <w:t>( ) Individual    ( ) Business or organization    ( ) Unknown</w:t>
      </w:r>
    </w:p>
    <w:p>
      <w:r>
        <w:t>9. Contact details of the suspected UAP (optional)</w:t>
      </w:r>
    </w:p>
    <w:p>
      <w:r>
        <w:t>____________________________________________________________</w:t>
      </w:r>
    </w:p>
    <w:p>
      <w:r>
        <w:t>10. Online platform, advertisement, or channel (required)</w:t>
      </w:r>
    </w:p>
    <w:p>
      <w:r>
        <w:t>____________________________________________________________</w:t>
      </w:r>
    </w:p>
    <w:p>
      <w:r>
        <w:t>11. Activity location (required)</w:t>
      </w:r>
    </w:p>
    <w:p>
      <w:r>
        <w:t>____________________________________________________________</w:t>
      </w:r>
    </w:p>
    <w:p>
      <w:r>
        <w:t>------------------------------------------------------------------------------</w:t>
      </w:r>
    </w:p>
    <w:p>
      <w:r>
        <w:rPr>
          <w:b/>
        </w:rPr>
        <w:t>Part 3: Description of Suspected Unauthorized Activity</w:t>
      </w:r>
    </w:p>
    <w:p>
      <w:r>
        <w:t>12. Type of suspected activity (required; select all that apply)</w:t>
      </w:r>
    </w:p>
    <w:p>
      <w:r>
        <w:t>[ ] Paid immigration advice without authorization</w:t>
      </w:r>
    </w:p>
    <w:p>
      <w:r>
        <w:t>[ ] Paid representation, application preparation, or application submission without authorization</w:t>
      </w:r>
    </w:p>
    <w:p>
      <w:r>
        <w:t>[ ] Advertising immigration or citizenship advice while not authorized</w:t>
      </w:r>
    </w:p>
    <w:p>
      <w:r>
        <w:t>[ ] Using or misusing another person's RCIC licence number or professional credentials</w:t>
      </w:r>
    </w:p>
    <w:p>
      <w:r>
        <w:t>[ ] Claiming to work under a licensed professional while appearing to operate independently</w:t>
      </w:r>
    </w:p>
    <w:p>
      <w:r>
        <w:t>[ ] Other, please describe below</w:t>
      </w:r>
    </w:p>
    <w:p>
      <w:r>
        <w:t>13. Factual description of the suspected activity (required)</w:t>
      </w:r>
    </w:p>
    <w:p>
      <w:r>
        <w:t>Describe what happened, including dates, location, platform, people involved, and how the information was obtained. Use objective facts and avoid speculation.</w:t>
      </w:r>
    </w:p>
    <w:p>
      <w:r>
        <w:t>____________________________________________________________</w:t>
      </w:r>
    </w:p>
    <w:p>
      <w:r>
        <w:t>____________________________________________________________</w:t>
      </w:r>
    </w:p>
    <w:p>
      <w:r>
        <w:t>____________________________________________________________</w:t>
      </w:r>
    </w:p>
    <w:p>
      <w:r>
        <w:t>------------------------------------------------------------------------------</w:t>
      </w:r>
    </w:p>
    <w:p>
      <w:r>
        <w:rPr>
          <w:b/>
        </w:rPr>
        <w:t>Part 4: Supporting Evidence</w:t>
      </w:r>
    </w:p>
    <w:p>
      <w:r>
        <w:t>14. Evidence type (required; select all that apply)</w:t>
      </w:r>
    </w:p>
    <w:p>
      <w:r>
        <w:t>[ ] Public advertisement or marketing screenshot</w:t>
      </w:r>
    </w:p>
    <w:p>
      <w:r>
        <w:t>[ ] Website or social media page screenshot</w:t>
      </w:r>
    </w:p>
    <w:p>
      <w:r>
        <w:t>[ ] Messaging record or email screenshot, redacted where required</w:t>
      </w:r>
    </w:p>
    <w:p>
      <w:r>
        <w:t>[ ] Service agreement or contract, redacted where required</w:t>
      </w:r>
    </w:p>
    <w:p>
      <w:r>
        <w:t>[ ] Receipt, invoice, payment record, or transfer record, redacted where required</w:t>
      </w:r>
    </w:p>
    <w:p>
      <w:r>
        <w:t>[ ] Client-provided material with appropriate authorization</w:t>
      </w:r>
    </w:p>
    <w:p>
      <w:r>
        <w:t>[ ] Other</w:t>
      </w:r>
    </w:p>
    <w:p>
      <w:r>
        <w:t>15. Evidence files or links (required)</w:t>
      </w:r>
    </w:p>
    <w:p>
      <w:r>
        <w:t>____________________________________________________________</w:t>
      </w:r>
    </w:p>
    <w:p>
      <w:r>
        <w:t>16. Source of evidence (required)</w:t>
      </w:r>
    </w:p>
    <w:p>
      <w:r>
        <w:t>____________________________________________________________</w:t>
      </w:r>
    </w:p>
    <w:p>
      <w:r>
        <w:t>17. Date discovered or obtained (required)</w:t>
      </w:r>
    </w:p>
    <w:p>
      <w:r>
        <w:t>____________________________________________________________</w:t>
      </w:r>
    </w:p>
    <w:p>
      <w:r>
        <w:t>------------------------------------------------------------------------------</w:t>
      </w:r>
    </w:p>
    <w:p>
      <w:r>
        <w:rPr>
          <w:b/>
        </w:rPr>
        <w:t>Part 5: Additional Information</w:t>
      </w:r>
    </w:p>
    <w:p>
      <w:r>
        <w:t>18. Can another licensed consultant corroborate this information? (optional)</w:t>
      </w:r>
    </w:p>
    <w:p>
      <w:r>
        <w:t>( ) Yes    ( ) No    ( ) Unknown</w:t>
      </w:r>
    </w:p>
    <w:p>
      <w:r>
        <w:t>19. Has this issue already been reported to another organization or authority? (optional)</w:t>
      </w:r>
    </w:p>
    <w:p>
      <w:r>
        <w:t>( ) Yes    ( ) No    ( ) Unknown</w:t>
      </w:r>
    </w:p>
    <w:p>
      <w:r>
        <w:t>20. Additional notes (optional)</w:t>
      </w:r>
    </w:p>
    <w:p>
      <w:r>
        <w:t>____________________________________________________________</w:t>
      </w:r>
    </w:p>
    <w:p>
      <w:r>
        <w:t>------------------------------------------------------------------------------</w:t>
      </w:r>
    </w:p>
    <w:p>
      <w:r>
        <w:rPr>
          <w:b/>
        </w:rPr>
        <w:t>Part 6: Authorization and Confirmation</w:t>
      </w:r>
    </w:p>
    <w:p>
      <w:r>
        <w:t>[ ] I confirm that the information submitted is true, accurate, and lawfully obtained. (Required)</w:t>
      </w:r>
    </w:p>
    <w:p>
      <w:r>
        <w:t>[ ] I confirm that materials involving client privacy, commercial secrets, or third-party personal information have been redacted where required. (Required)</w:t>
      </w:r>
    </w:p>
    <w:p>
      <w:r>
        <w:t>[ ] I understand and agree that RCIC CLUB may conduct a preliminary completeness review, redact and summarize information where appropriate, and submit aggregated information through official channels. (Required)</w:t>
      </w:r>
    </w:p>
    <w:p>
      <w:r>
        <w:t>[ ] I understand that this information collection does not make conclusive findings on any individual case and does not replace formal investigation procedures. (Required)</w:t>
      </w:r>
    </w:p>
    <w:p>
      <w:r>
        <w:t>[ ] I am willing to provide further clarification if follow-up is required. (Optional)</w:t>
      </w:r>
    </w:p>
    <w:p>
      <w:r>
        <w:t>------------------------------------------------------------------------------</w:t>
      </w:r>
    </w:p>
    <w:p>
      <w:r>
        <w:rPr>
          <w:b/>
        </w:rPr>
        <w:t>Submission Information</w:t>
      </w:r>
    </w:p>
    <w:p>
      <w:r>
        <w:t>Submission date: _______________________________________________</w:t>
      </w:r>
    </w:p>
    <w:p>
      <w:r>
        <w:t>Submitter signature: _______________________________________________</w:t>
      </w:r>
    </w:p>
    <w:p>
      <w:r>
        <w:t>------------------------------------------------------------------------------</w:t>
      </w:r>
    </w:p>
    <w:p>
      <w:r>
        <w:rPr>
          <w:b/>
        </w:rPr>
        <w:t>How to Submit</w:t>
      </w:r>
    </w:p>
    <w:p>
      <w:r>
        <w:t>Online form: https://docs.google.com/forms/d/e/1FAIpQLSdnVHvhGZmcsnjccPIggYFrl_bKkJat26KWp36aBaPH5f3Wpw/viewform?usp=header</w:t>
      </w:r>
    </w:p>
    <w:p>
      <w:r>
        <w:t>Email submission: rcicclub2026@gmail.com</w:t>
      </w:r>
    </w:p>
    <w:p>
      <w:r>
        <w:t>Suggested email subject: UAP Information Submission - submitter name - date</w:t>
      </w:r>
    </w:p>
    <w:p>
      <w:r>
        <w:rPr>
          <w:b/>
        </w:rPr>
        <w:t>Contact</w:t>
      </w:r>
    </w:p>
    <w:p>
      <w:r>
        <w:t>Email: info@rcicclub.com</w:t>
      </w:r>
    </w:p>
    <w:p>
      <w:r>
        <w:t>Phone: (416) 900-2168</w:t>
      </w:r>
    </w:p>
    <w:p>
      <w:r>
        <w:t>Form version: V1.1</w:t>
      </w:r>
    </w:p>
    <w:p>
      <w:r>
        <w:t>Release date: June 2026</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